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המשפחתי ואת מרכיבי כרטיס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פתוחות וכתיבה על חפץ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והקשבה בראיון עם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מתכוננים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מתוך כבוד לפרטיות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מספר הטלפון של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משלב מתכונים משני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היית רוצה שאזכור מהסיפור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כל אדם מבוגר שחשוב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מבקשים אישור מראש מתוך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משפחות הגיעו מכל העולם, ויש גם שחיות כאן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בדף כאפשרות למי שאין לו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שאלה פתוחה מזמינה תשובה מפורטת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בדף צוין הרבים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בכרטיס כותבים גם ממי קיבלו את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(חושבים מראש על שאלות ועל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(שואלים שאלה שמזמינה סיפור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(נותנים למרואיין לדבר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(כותבים או מקליטים רק אחרי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(אומרים תודה בסוף הראיון)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שישה פרטים ברורים על חפץ אישי, כולל סיפור קצר וערך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שאינה כן/לא, עם נימוק קצר וענייני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הגיונית עם נימוק – חפץ, ערך, מסורת או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מתכוננים, שואלים פתוח, מקשיבים, רושמים באישור, 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מתוך כבוד לפרטיות המרואיין/ת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שאינה כן/לא ומזמינה סיפור, למשל 'איזה חפץ אהבת ולמה'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שאלת ראיון פתוחה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בקשת האישור וההקשבה בדיון כיתתי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המשימה הפתוחה להכנת כרטיס אמיתי לתערוכת מורשת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לשאול שאלות על חפץ ישן של המשפחה. כותבים על החפץ כמו בכרטיס במוזיאון.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– חפצים, סיפורים, מתכונים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שאי אפשר לענות עליה רק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שעונה על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מראש לפני הקלטה או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שמתאר חפץ – שם, חומר, סיפור וחשיבות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מוזיאון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תערוכה שבה מציגים חפצים וסיפורים ממשפחות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שואלים רשות לפני שמקליטים?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מתוך כבוד לפרטיות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שהראיון יהיה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שייך לכרטיס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ממה עשוי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הטלפון של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החפץ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במתכון שנועם סיפר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משלב מתכונים משני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מהמכולת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טובה לסוף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היית רוצה שאזכור מהסיפור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הטלפון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אכלת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את מי אפשר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אדם מבוגר שחשוב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מרואיין בלי לבקש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הגיעו ממקום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חפץ ישן אפשר להציג סיפור, שיר או מתכון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אפשר לענות עליה רק במילה כן או 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של המילה ראיון הוא ראיונות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חפץ אין צורך לציין ממי קיבלו את החפץ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בכרטיס חפץ כותבים שם, ממה עשוי, ממי, מתי, הסיפור ולמה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חמשת הצעדים הם: מתכוננים, שואלים פתוח, מקשיבים, רושמים באישור,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מבקשים אישור לפני הקלטה מתוך כבוד ל__________ של 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משפחות בישראל הגיעו מכל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רבים של המילה ראיון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או מקליטים רק אחרי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נותנים למרואיין לדבר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שאלה שמזמינה סיפור ארוך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רושמים באישור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אומרים תודה בסוף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חושבים מראש על שאלות ועל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מהתיק או מהבית וכתבו עליו כרטיס חפץ קצר כמו במוזיאון מורשת (שם, ממה עשוי, ממי, מתי, הסיפור, למה חשוב)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שאלה פתוחה אחת שהייתם שואלים בן משפחה על חפץ אהוב, ונמקו למה בחרתם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רוצים להוריש בעוד 30 שנה? כתבו תשובה אישית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חמשת הצעדים לראיון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מבקשים אישור לפני 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מתאימה לראיון על חפץ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